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בראש – מתקדמים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בכלכלה: ביקוש והיצע, אינפלציה וריבית דריבית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מקרים של צרכנות נבונה וזיהוי הונאות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החלטות רציונליות מול רגשיות בצרכנות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 - רב 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המחיר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עלייה כללית ומתמשכת במחירים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להתעלם ולבדוק את מהימנות ההודעה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יותר היצע ביחס לביקוש מוריד את המחיר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אינפלציה גבוהה פוגעת בכוח הקנייה ומייקרת מוצרים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קיימים חוקי הגנת הצרכן המעניקים זכויות כמו החזרה והחלפה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אינפלציה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דריבית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(המחיר 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(המחיר יורד)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(כוח הקנייה יורד)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(הסכום גדל במהירות)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בדיקת הונאה צרכנית ברשת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מקבלים הודעה או מייל עם הצעה מפתה במיוחד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אם השולח מוכר ואמין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מחפשים מידע נוסף על האתר או ההצעה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נמנעים ממסירת פרטים אישיים או פיננסיים בחיפזון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מצב קנייה רגשית, והצעה לפעולה רציונלית יותר כמו בדיקת מחירים או המתנה לפני הקנייה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דוגמה הגיונית (כמו מוצר עונתי) עם הסבר נכון שהמחיר יעלה בגלל חוסר באיזון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המחיר עולה כי יש יותר ביקוש מאשר היצע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ריבית דריבית מצטברת גם על הריבית הקודמת ולא רק על הסכום המקורי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בדיקת מהימנות האתר או אי מסירת פרטים אישיים בחיפזון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לפתוח את השיעור בדיון קצר על קנייה רגשית מול רציונלית מניסיון אישי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בדוגמאות מספריים פשוטות בעת הסבר על ריבית דריבית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ה-skip_n מתאימים להעמקה עם תלמידים מתקדמים או כעבודה נוספת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בראש – מתקדמים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נושאים ברמת אתגר: ביקוש והיצע, אינפלציה, ריבית דריבית, זכויות צרכניות וזיהוי הונאות. חלק מהשאלות דורשות חשיבה וניתוח מעמיק.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לעלות  ·  אינפלציה  ·  דריבית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מושגים - רב 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קורה למחיר מוצר כאשר הביקוש עולה וההיצע נשאר קבוע?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המחיר יורד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המחיר 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המחיר לא משתנה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אינפלציה?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ירידה במחירים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עלייה כללית ומתמשכת במחירים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קיפאון מוחלט במחירים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צרכן ראה הודעה שזכה בפרס גדול ומתבקש לשלוח פרטי כרטיס אשראי. מה נכון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לשלוח מיד את הפרטים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להתעלם ולבדוק את מהימנות ההודעה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להעביר להודעה לחברים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כאשר ההיצע של מוצר עולה וביקוש נשאר קבוע, המחיר נוטה לרדת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אינפלציה גבוהה תמיד טובה לצרכנים כי המוצרים נהיים זולים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לצרכנים אין שום זכויות כאשר הם קונים מוצר פגום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כאשר יש יותר קונים ממוכרים, הביקוש גבוה מההיצע והמחיר נוטה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עלייה מתמשכת וכללית במחירים במשק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ריבית המחושבת גם על הריבית שנצברה בעבר נקראת ריבית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ביקוש עולה, היצע קבוע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המחיר יורד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היצע עולה, ביקוש קבוע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המחיר 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אינפלציה גבוהה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הסכום גדל במהירות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ריבית דריבית לאורך זמן ארוך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כוח הקנייה יורד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בדיקת הונאה צרכנית ברשת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אם השולח מוכר ואמין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מחפשים מידע נוסף על האתר או ההצעה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נמנעים ממסירת פרטים אישיים או פיננסיים בחיפזון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מקבלים הודעה או מייל עם הצעה מפתה במיוחד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מצב שבו החלטתם לקנות משהו באופן רגשי ולא רציונלי. מה הייתם עושים אחרת היום?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דוגמה למצב בשוק שבו ההיצע קטן והביקוש גדל, ותארו מה יקרה למחיר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קורה למחיר כאשר הביקוש עולה וההיצע נשאר קבוע?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ריבית רגילה לריבית דריבית?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כסף בראש – מתקדמים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