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מתקדמים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בכלכלה: ביקוש והיצע, אינפלציה וריבית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מקרים של צרכנות נבונה וזיהוי הונאות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רציונליות מול רגשיות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עלייה כללית ומתמשכת במחירים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ריבית דריבית מחושבת גם על הריבית הקודמת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להתעלם ולבדוק את מהימנות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באופן מהיר וללא תכנון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כמה מוצרים אפשר לקנות בסכום כסף 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יותר היצע ביחס לביקוש מוריד את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אינפלציה גבוהה פוגעת בכוח הקנייה ומייקרת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כי היא מצטברת גם על הריבית הקודמת ולא רק על הקרן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קיימים חוקי הגנת הצרכן המעניקים זכויות כמו החזרה והחלפה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מחיר מפתה מדי יכול להעיד על הונאה, יש לבדוק מהימנות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רציונליות כוללת שיקול דעת ולא תגובה רגשית מיידית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רציונלית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(המחיר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(המחיר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(כוח הקנייה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(הסכום גדל במהירות)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(לרוב ללא בדיקה מספקת)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(הגנה על הקונה מפני מוצר פגום)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בדיקת הונאה צרכנית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או מייל עם הצעה מפתה במיוחד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השולח מוכר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מידע נוסף על האתר או ההצעה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נמנעים ממסירת פרטים אישיים או פיננסיים בחיפזון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מדווחים או מתעלמים אם מתברר שמדובר בהונאה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קנייה רגשית, והצעה לפעולה רציונלית יותר כמו בדיקת מחירים או המתנה לפני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המסבירה שהכסף שווה פחות עם הזמן, עם הצעה כמו חיסכון חכם או השקעה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 הגיונית (כמו מוצר עונתי) עם הסבר נכון שהמחיר יעלה בגלל חוסר באיזון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עולה כי יש יותר ביקוש מאשר היצע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דריבית מצטברת גם על הריבית הקודמת ולא רק על הסכום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בדיקת מהימנות האתר או אי מסירת פרטים אישיים בחיפזון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את השיעור בדיון קצר על קנייה רגשית מול רציונלית מניסיון אישי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מספריים פשוטות בעת הסבר על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להעמקה עם תלמידים מתקדמים או כעבודה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מתקדמים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נושאים ברמת אתגר: ביקוש והיצע, אינפלציה, ריבית דריבית, זכויות צרכניות וזיהוי הונאות. חלק מהשאלות דורשות חשיבה וניתוח מעמיק.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למחיר מוצר כאשר הביקוש עולה וההיצע נשאר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כללית ומתמשכת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קיפאון מוחלט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חד פעמית במחיר מוצר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ריבית רגילה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דריבית מחושבת גם על הריבית הקודמת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רגילה גבוהה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דריבית קיימת רק בחיסכון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צרכן ראה הודעה שזכה בפרס גדול ומתבקש לשלוח פרטי כרטיס אשראי.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מיד את הפרטים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ולבדוק את מהימנות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להודעה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לשלם דמי טיפול קטנים כדי לקבל את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החלטת קנייה רגשית לרוב מתבצעת: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השוואת מחירים מדוקדקת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באופן מהיר וללא תכנון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כשיש הנחה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לאחר התייעצות עם מומחה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כוח קנייה של הכסף?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מוצרים אפשר לקנות בסכום כסף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הריבית על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המטבע הרשמי של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ההיצע של מוצר עולה וביקוש נשאר קבוע, המחיר נוטה לרדת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גבוהה תמיד טובה לצרכנים כי המוצרים נהיים זולים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תמיד תהיה גבוהה יותר מריבית רגילה באותו סכום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לצרכנים אין שום זכויות כאשר הם קונים מוצר פגום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למסור פרטי כרטיס אשראי באתר לא מוכר אם המחיר מפתה במיוחד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רציונלית מתבססת על השוואה ובדיקה ולא רק על רגש רגעי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יש יותר קונים ממוכרים, הביקוש גבוה מההיצע והמחיר נוטה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עלייה מתמשכת וכללית במחירים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ריבית המחושבת גם על הריבית שנצברה בעבר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שקונה מוצרים ושירותים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ניסיון לגרום לצרכן לשלם כסף במרמה נקרא __________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החלטה המבוססת על הגיון ושיקול דעת, ולא על רגש, נקראת החלטה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ביקוש עולה, היצע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המחיר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היצע עולה, ביקוש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לרוב ללא בדיקה מספקת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אינפלציה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המחיר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ריבית דריבית לאורך זמן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 על הקונה מפני מוצר פגום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החלטת קנייה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כוח הקנייה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זכויות צרכניות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הסכום גדל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בדיקת הונאה צרכנית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נמנעים ממסירת פרטים אישיים או פיננסיים בחיפזון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או מייל עם הצעה מפתה במיוחד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השולח מוכר ואמין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מדווחים או מתעלמים אם מתברר שמדובר בהונאה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מידע נוסף על האתר או ההצעה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החלטתם לקנות משהו באופן רגשי ולא רציונלי.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אינפלציה פוגעת בכוח הקנייה של משפחה, והציעו דרך אחת להתמודד עם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למצב בשוק שבו ההיצע קטן והביקוש גדל, ותארו מה יקרה למחיר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 כאשר הביקוש עולה וההיצע נשאר קבוע?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ריבית רגילה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שיכולה להגן על צרכן מפני הונאה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בראש – מתקדמים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